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[YOUR FULL NAME]</w:t>
      </w:r>
    </w:p>
    <w:p>
      <w:pPr>
        <w:spacing w:after="20"/>
        <w:jc w:val="center"/>
      </w:pPr>
      <w:r>
        <w:rPr>
          <w:rFonts w:ascii="Arial" w:hAnsi="Arial"/>
          <w:sz w:val="18"/>
        </w:rPr>
        <w:t>City, Country  |  +234 XXX XXX XXXX  |  email@example.com</w:t>
      </w:r>
    </w:p>
    <w:p>
      <w:pPr>
        <w:spacing w:after="100"/>
        <w:jc w:val="center"/>
      </w:pPr>
      <w:r>
        <w:rPr>
          <w:rFonts w:ascii="Arial" w:hAnsi="Arial"/>
          <w:sz w:val="17"/>
        </w:rPr>
        <w:t>LinkedIn: linkedin.com/in/yourname  |  Portfolio/GitHub: link.example.com</w:t>
      </w:r>
    </w:p>
    <w:p>
      <w:pPr>
        <w:spacing w:before="140" w:after="40"/>
      </w:pPr>
      <w:r>
        <w:rPr>
          <w:rFonts w:ascii="Arial" w:hAnsi="Arial"/>
          <w:b/>
          <w:sz w:val="20"/>
        </w:rPr>
        <w:t>CAREER OBJECTIVE</w:t>
      </w:r>
    </w:p>
    <w:p>
      <w:r>
        <w:t>Motivated [student/recent graduate] studying [course or field] at [institution], with foundational knowledge of [relevant skills or subject areas]. Eager to apply academic knowledge, develop practical experience, and contribute to a team through an internship, industrial training, volunteer placement, or entry-level opportunity.</w:t>
      </w:r>
    </w:p>
    <w:p>
      <w:pPr>
        <w:spacing w:before="140" w:after="40"/>
      </w:pPr>
      <w:r>
        <w:rPr>
          <w:rFonts w:ascii="Arial" w:hAnsi="Arial"/>
          <w:b/>
          <w:sz w:val="20"/>
        </w:rPr>
        <w:t>EDUCATION</w:t>
      </w:r>
    </w:p>
    <w:p>
      <w:r>
        <w:rPr>
          <w:b/>
        </w:rPr>
        <w:t>[Degree / Diploma] in [Course of Study] — [Institution Name]</w:t>
      </w:r>
    </w:p>
    <w:p>
      <w:r>
        <w:t>[City, Country]  |  [Month Year] – [Expected Graduation / Month Year]</w:t>
      </w:r>
    </w:p>
    <w:p>
      <w:r>
        <w:t>Relevant Coursework: [Course 1], [Course 2], [Course 3], [Course 4]</w:t>
      </w:r>
    </w:p>
    <w:p>
      <w:r>
        <w:t>Academic Achievement: [Scholarship, award, strong result, academic project, or notable achievement]</w:t>
      </w:r>
    </w:p>
    <w:p>
      <w:pPr>
        <w:spacing w:before="140" w:after="40"/>
      </w:pPr>
      <w:r>
        <w:rPr>
          <w:rFonts w:ascii="Arial" w:hAnsi="Arial"/>
          <w:b/>
          <w:sz w:val="20"/>
        </w:rPr>
        <w:t>RELEVANT 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376"/>
          </w:tcPr>
          <w:p>
            <w:r>
              <w:rPr>
                <w:b/>
              </w:rPr>
              <w:t>Technical/Digital Skills:</w:t>
            </w:r>
          </w:p>
        </w:tc>
        <w:tc>
          <w:tcPr>
            <w:tcW w:type="dxa" w:w="8208"/>
          </w:tcPr>
          <w:p>
            <w:r>
              <w:t>[Microsoft Office, Google Workspace, Excel, Canva, coding, data entry, research tools, etc.]</w:t>
            </w:r>
          </w:p>
        </w:tc>
      </w:tr>
      <w:tr>
        <w:tc>
          <w:tcPr>
            <w:tcW w:type="dxa" w:w="2376"/>
          </w:tcPr>
          <w:p>
            <w:r>
              <w:rPr>
                <w:b/>
              </w:rPr>
              <w:t>Professional Skills:</w:t>
            </w:r>
          </w:p>
        </w:tc>
        <w:tc>
          <w:tcPr>
            <w:tcW w:type="dxa" w:w="8208"/>
          </w:tcPr>
          <w:p>
            <w:r>
              <w:t>[Communication, teamwork, problem-solving, organization, time management, adaptability]</w:t>
            </w:r>
          </w:p>
        </w:tc>
      </w:tr>
      <w:tr>
        <w:tc>
          <w:tcPr>
            <w:tcW w:type="dxa" w:w="2376"/>
          </w:tcPr>
          <w:p>
            <w:r>
              <w:rPr>
                <w:b/>
              </w:rPr>
              <w:t>Research/Academic Skills:</w:t>
            </w:r>
          </w:p>
        </w:tc>
        <w:tc>
          <w:tcPr>
            <w:tcW w:type="dxa" w:w="8208"/>
          </w:tcPr>
          <w:p>
            <w:r>
              <w:t>[Research, report writing, presentation, data collection, analysis, documentation]</w:t>
            </w:r>
          </w:p>
        </w:tc>
      </w:tr>
      <w:tr>
        <w:tc>
          <w:tcPr>
            <w:tcW w:type="dxa" w:w="2376"/>
          </w:tcPr>
          <w:p>
            <w:r>
              <w:rPr>
                <w:b/>
              </w:rPr>
              <w:t>Languages:</w:t>
            </w:r>
          </w:p>
        </w:tc>
        <w:tc>
          <w:tcPr>
            <w:tcW w:type="dxa" w:w="8208"/>
          </w:tcPr>
          <w:p>
            <w:r>
              <w:t>[Language — proficiency level]</w:t>
            </w:r>
          </w:p>
        </w:tc>
      </w:tr>
    </w:tbl>
    <w:p/>
    <w:p>
      <w:pPr>
        <w:spacing w:before="140" w:after="40"/>
      </w:pPr>
      <w:r>
        <w:rPr>
          <w:rFonts w:ascii="Arial" w:hAnsi="Arial"/>
          <w:b/>
          <w:sz w:val="20"/>
        </w:rPr>
        <w:t>ACADEMIC &amp; PERSONAL PROJECTS</w:t>
      </w:r>
    </w:p>
    <w:p>
      <w:r>
        <w:rPr>
          <w:b/>
        </w:rPr>
        <w:t>[Project Title] — [Course/Department or Independent Project]</w:t>
      </w:r>
    </w:p>
    <w:p>
      <w:r>
        <w:t>• Completed [project/research/task] focused on [topic or problem].</w:t>
        <w:br/>
        <w:t>• Used [tools, methods, or skills] to collect, organize, analyze, or present information.</w:t>
        <w:br/>
        <w:t>• Produced [report, presentation, prototype, dashboard, campaign, or other outcome].</w:t>
      </w:r>
    </w:p>
    <w:p>
      <w:r>
        <w:rPr>
          <w:b/>
        </w:rPr>
        <w:t>[Project Title] — [Course/Department or Independent Project]</w:t>
      </w:r>
    </w:p>
    <w:p>
      <w:r>
        <w:t>• Developed or contributed to [project description].</w:t>
        <w:br/>
        <w:t>• Demonstrated [specific skill] while working independently or with a team.</w:t>
        <w:br/>
        <w:t>• Presented findings or results to [lecturer, classmates, organization, or audience].</w:t>
      </w:r>
    </w:p>
    <w:p>
      <w:pPr>
        <w:spacing w:before="140" w:after="40"/>
      </w:pPr>
      <w:r>
        <w:rPr>
          <w:rFonts w:ascii="Arial" w:hAnsi="Arial"/>
          <w:b/>
          <w:sz w:val="20"/>
        </w:rPr>
        <w:t>INTERNSHIP, VOLUNTEER &amp; WORK EXPERIENCE</w:t>
      </w:r>
    </w:p>
    <w:p>
      <w:r>
        <w:rPr>
          <w:b/>
        </w:rPr>
        <w:t>[Role/Position] — [Company, Organization, School, or Community]</w:t>
      </w:r>
    </w:p>
    <w:p>
      <w:r>
        <w:t>[City, Country or Remote]  |  [Month Year] – [Month Year or Present]</w:t>
      </w:r>
    </w:p>
    <w:p>
      <w:r>
        <w:t>• Supported [team, department, project, or activity] by handling [responsibility].</w:t>
        <w:br/>
        <w:t>• Assisted with [task] using [tool, process, or skill].</w:t>
        <w:br/>
        <w:t>• Communicated with [customers, students, team members, or stakeholders] to help achieve [outcome].</w:t>
      </w:r>
    </w:p>
    <w:p>
      <w:pPr>
        <w:spacing w:before="140" w:after="40"/>
      </w:pPr>
      <w:r>
        <w:rPr>
          <w:rFonts w:ascii="Arial" w:hAnsi="Arial"/>
          <w:b/>
          <w:sz w:val="20"/>
        </w:rPr>
        <w:t>LEADERSHIP &amp; EXTRACURRICULAR ACTIVITIES</w:t>
      </w:r>
    </w:p>
    <w:p>
      <w:r>
        <w:t>[Position/Role] — [Student Association, Club, Community, or Organization], [Year]</w:t>
        <w:br/>
        <w:t>• [Describe a responsibility, event, initiative, or measurable contribution].</w:t>
        <w:br/>
        <w:t>• [Mention teamwork, leadership, planning, mentoring, or community service experience].</w:t>
      </w:r>
    </w:p>
    <w:p>
      <w:pPr>
        <w:spacing w:before="140" w:after="40"/>
      </w:pPr>
      <w:r>
        <w:rPr>
          <w:rFonts w:ascii="Arial" w:hAnsi="Arial"/>
          <w:b/>
          <w:sz w:val="20"/>
        </w:rPr>
        <w:t>CERTIFICATIONS &amp; TRAINING</w:t>
      </w:r>
    </w:p>
    <w:p>
      <w:r>
        <w:t>[Certification/Course Name] — [Issuing Organization], [Year]</w:t>
        <w:br/>
        <w:t>[Certification/Course Name] — [Issuing Organization], [Year]</w:t>
        <w:br/>
        <w:t>[Workshop or Training] — [Provider], [Year]</w:t>
      </w:r>
    </w:p>
    <w:p>
      <w:pPr>
        <w:spacing w:before="140" w:after="40"/>
      </w:pPr>
      <w:r>
        <w:rPr>
          <w:rFonts w:ascii="Arial" w:hAnsi="Arial"/>
          <w:b/>
          <w:sz w:val="20"/>
        </w:rPr>
        <w:t>ACHIEVEMENTS &amp; ADDITIONAL INFORMATION</w:t>
      </w:r>
    </w:p>
    <w:p>
      <w:r>
        <w:t>• [Award, competition, scholarship, publication, presentation, or achievement].</w:t>
        <w:br/>
        <w:t>• [Availability: internship dates, SIWES period, or notice period if relevant].</w:t>
        <w:br/>
        <w:t>• References available upon request.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